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НАЙМА ЖИЛОГО ПОМЕЩЕНИЯ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ИНН ____________, паспорт: серия ____________ № ____________, выдан ____________________________________________, именуемый(ая) в дальнейшем «Наймодатель», с одной стороны, и ______________________, ИНН ____________, паспорт: серия ____________ № ____________, выдан ____________________________________________, именуемый(ая) в дальнейшем «Наниматель»,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Наймодатель передает Нанимателю за плату во временное владение и пользование квартиру общей площадью ____________ кв. м, количество комнат: ____________, по адресу: ____________________________________________. Кадастровый номер: 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Право на передачу помещения подтверждается следующим документом: выписка из ЕГРН от ____________ № 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Помещение предоставляется исключительно для проживания. Если Нанимателем является организация, она вправе использовать помещение только для проживания граждан.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Совместно с Нанимателем вправе постоянно проживать: ______________________; ______________________.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СРОК И ПЕРЕДАЧА ПОМЕЩЕНИЯ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Срок пользования помещением: с «___» ____________ 20___ г. по «___» ____________ 20___ г. включительно.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Помещение передается с 2 комплектами ключей, имуществом и состоянием, указанными в Договоре и акте передачи. Показания приборов учета на дату передачи: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При прекращении Договора помещение возвращается по акту с учетом нормального износа. До подписания акта Стороны фиксируют состояние помещения, показания счетчиков, количество ключей и взаимные расчеты.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ПЛАТА, ОБЕСПЕЧИТЕЛЬНЫЙ ПЛАТЕЖ И КОММУНАЛЬНЫЕ УСЛУГИ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Плата за пользование помещением составляет ______________________ руб в месяц и вносится не позднее 5-го числа каждого месяца безналичным переводом по банковским реквизитам Наймодателя.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При подписании Договора плата вносится авансом за 1 мес.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Наниматель вносит обеспечительный платеж ______________________ руб. Он обеспечивает погашение документально подтвержденной задолженности и возмещение вреда имуществу сверх нормального износа. Неиспользованный остаток возвращается в течение 7 календарных дней после возврата помещения и окончательного расчета.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Наниматель оплачивает электроэнергию, воду, газ и иные ресурсы по приборам учета; остальные жилищно-коммунальные платежи оплачивает Наймодатель.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ПОРЯДОК ПОЛЬЗОВАНИЯ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Наниматель использует помещение бережно, соблюдает права соседей, правила пользования жилыми помещениями, требования пожарной и иной обязательной безопасности.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Содержание животных допускается только после предварительного письменного согласия Наймодателя.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Вопрос временной регистрации решается отдельным письменным соглашением Сторон.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4.4. Передача помещения в поднаем, безвозмездное пользование или предоставление третьим лицам без письменного согласия Наймодателя запрещена.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4.5. Наймодатель вправе осматривать помещение по предварительному уведомлению не менее чем за 3 календарных дня, согласовав разумное время и не нарушая неприкосновенность жилища. В аварийной ситуации доступ обеспечивается безотлагательно.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СОДЕРЖАНИЕ, РЕМОНТ И ОТВЕТСТВЕННОСТЬ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Текущий ремонт выполняет Наниматель за свой счет после согласования работ, способных изменить помещение или его оборудование. Капитальный ремонт выполняет Наймодатель, если иное правомерно не установлено законом или Договором.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Наниматель незамедлительно сообщает об авариях, неисправностях и иных обстоятельствах, угрожающих помещению или третьим лицам, и принимает разумные меры для уменьшения вреда.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За просрочку внесения платы виновная Сторона уплачивает по письменному требованию неустойку 0,1% от просроченной суммы за каждый день просрочки, но не более 10% этой суммы, если судом не будет применен иной размер.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5.4. Вред возмещается виновной Стороной в документально подтвержденном размере с учетом нормального износа и ограничений, установленных законом.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ПРЕКРАЩЕНИЕ ДОГОВОРА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Наниматель вправе расторгнуть Договор с письменным предупреждением Наймодателя не менее чем за 90 календарных дней с соблюдением требований закона к согласию постоянно проживающих граждан.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По требованию Наймодателя Договор может быть расторгнут по соглашению Сторон либо судом по основаниям, установленным законом, включая существенную просрочку платы, разрушение или порчу помещения и систематическое нарушение прав соседей.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До обращения в суд Сторона направляет письменную претензию. Срок ответа составляет 10 рабочих дней; обязательные правила подсудности сохраняют силу.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Юридически значимые сообщения направляются по адресам, электронной почте и телефонам, указанным в реквизитах; об изменении данных Сторона сообщает без промедления.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Изменения оформляются письменно. Неурегулированные вопросы разрешаются по законодательству Российской Федерации.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Договор и акт передачи составлены в двух экземплярах равной юридической силы, по одному для каждой Стороны.</w:t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НАЙМОДАТЕЛЬ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НАНИМАТЕЛЬ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r>
        <w:br w:type="page"/>
      </w:r>
    </w:p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АКТ ПРИЕМА-ПЕРЕДАЧИ ЖИЛОГО ПОМЕЩЕНИЯ</w:t>
      </w:r>
    </w:p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 договору от «___» ____________ 20___ г.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Стороны подтверждают передачу жилого помещения по адресу: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Переданное имущество: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Состояние и известные недостатки: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Показания приборов учета: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 Передано комплектов ключей: 2.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 Стороны осмотрели помещение и имущество. Замечания, не указанные выше: ________________________________________________.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НАЙМОДАТЕЛЬ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НАНИМАТЕЛЬ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 w:before="20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права на помещение, состав проживающих, расчеты и применимость формулировок вместе с юристом.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