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Оператору персональных данных: [наименование оператора, ИНН]</w:t>
      </w:r>
    </w:p>
    <w:p>
      <w:pPr>
        <w:spacing w:after="0"/>
        <w:jc w:val="right"/>
      </w:pPr>
      <w:r>
        <w:t>E-mail: [e-mail из политики/согласия]</w:t>
      </w:r>
    </w:p>
    <w:p>
      <w:pPr>
        <w:spacing w:after="0"/>
        <w:jc w:val="right"/>
      </w:pPr>
      <w:r>
        <w:t>От: [ФИО], дата рождения [дд.мм.гггг], телефон [номер], e-mail [e-mail]</w:t>
      </w:r>
    </w:p>
    <w:p>
      <w:pPr>
        <w:spacing w:before="240" w:after="240"/>
        <w:jc w:val="center"/>
      </w:pPr>
      <w:r>
        <w:rPr>
          <w:b/>
        </w:rPr>
        <w:t>ОТЗЫВ СОГЛАСИЯ</w:t>
        <w:br/>
        <w:t>на обработку персональных данных и на получение рекламы</w:t>
      </w:r>
    </w:p>
    <w:p>
      <w:pPr>
        <w:spacing w:after="120"/>
        <w:ind w:firstLine="709"/>
        <w:jc w:val="both"/>
      </w:pPr>
      <w:r>
        <w:rPr>
          <w:b w:val="0"/>
        </w:rPr>
        <w:t>На основании ч. 2 ст. 9 Федерального закона от 27.07.2006 № 152-ФЗ «О персональных данных» отзываю данное мной на сайте [адрес сайта] согласие на обработку моих персональных данных (ФИО, дата и место рождения, паспортные данные, адрес, телефон, e-mail, данные банковской карты, данные устройства), а также согласие на получение рекламных материалов и рассылок (ч. 1 ст. 18 Федерального закона от 13.03.2006 № 38-ФЗ «О рекламе»).</w:t>
      </w:r>
    </w:p>
    <w:p>
      <w:pPr>
        <w:spacing w:after="120"/>
        <w:ind w:firstLine="709"/>
        <w:jc w:val="both"/>
      </w:pPr>
      <w:r>
        <w:rPr>
          <w:b w:val="0"/>
        </w:rPr>
        <w:t>Требую: 1) прекратить обработку моих персональных данных и уничтожить их в срок, установленный ст. 21 152-ФЗ; 2) прекратить передачу моих данных третьим лицам (партнёрам, кредиторам, рассылочным сервисам); 3) прекратить любые звонки, смс, push- и e-mail-рассылки; 4) сообщить мне перечень лиц, которым мои персональные данные были переданы, и подтвердить уничтожение данных письменно на e-mail [e-mail] (ст. 14 152-ФЗ).</w:t>
      </w:r>
    </w:p>
    <w:p>
      <w:pPr>
        <w:spacing w:after="120"/>
        <w:ind w:firstLine="709"/>
        <w:jc w:val="both"/>
      </w:pPr>
      <w:r>
        <w:rPr>
          <w:b w:val="0"/>
        </w:rPr>
        <w:t>В случае продолжения обработки или рассылок я обращусь в Роскомнадзор и ФАС России.</w:t>
      </w:r>
    </w:p>
    <w:p/>
    <w:p>
      <w:r>
        <w:t>«___» ____________ 20___ г.            ______________ / [Фамилия И. О.] /</w:t>
      </w:r>
    </w:p>
    <w:p>
      <w:r>
        <w:rPr>
          <w:i/>
          <w:sz w:val="18"/>
        </w:rPr>
        <w:t>Шаблон подготовлен сервисом «АНТИОБМАН» (netobmanov.ru). Не является юридической консультацией. Поля в квадратных скобках заполните своими данными и удалите скобки.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