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t>Кому: [наименование оператора из оферты]</w:t>
      </w:r>
    </w:p>
    <w:p>
      <w:pPr>
        <w:spacing w:after="0"/>
        <w:jc w:val="right"/>
      </w:pPr>
      <w:r>
        <w:t>E-mail: [e-mail из оферты]</w:t>
      </w:r>
    </w:p>
    <w:p>
      <w:pPr>
        <w:spacing w:after="0"/>
        <w:jc w:val="right"/>
      </w:pPr>
      <w:r>
        <w:t>От: [ФИО], телефон [номер, указанный при регистрации], e-mail [e-mail]</w:t>
      </w:r>
    </w:p>
    <w:p>
      <w:pPr>
        <w:spacing w:before="240" w:after="240"/>
        <w:jc w:val="center"/>
      </w:pPr>
      <w:r>
        <w:rPr>
          <w:b/>
        </w:rPr>
        <w:t>ЗАЯВЛЕНИЕ</w:t>
        <w:br/>
        <w:t>об отказе от подписки и отзыве согласия на рекуррентные платежи</w:t>
      </w:r>
    </w:p>
    <w:p>
      <w:pPr>
        <w:spacing w:after="120"/>
        <w:ind w:firstLine="709"/>
        <w:jc w:val="both"/>
      </w:pPr>
      <w:r>
        <w:rPr>
          <w:b w:val="0"/>
        </w:rPr>
        <w:t>Настоящим отказываюсь от исполнения договора (платной подписки на услуги сайта [адрес сайта]) с момента получения настоящего заявления (ст. 32 Закона РФ «О защите прав потребителей», ст. 782 ГК РФ) и отзываю согласие на автоматические (рекуррентные) списания денежных средств с банковской карты [первые 6 и последние 4 цифры] и любых иных моих карт и счетов.</w:t>
      </w:r>
    </w:p>
    <w:p>
      <w:pPr>
        <w:spacing w:after="120"/>
        <w:ind w:firstLine="709"/>
        <w:jc w:val="both"/>
      </w:pPr>
      <w:r>
        <w:rPr>
          <w:b w:val="0"/>
        </w:rPr>
        <w:t>Требую прекратить любые списания с даты получения заявления. Напоминаю, что с 01.03.2026 списание с карты, от использования которой потребитель отказался, запрещено (ст. 16.1 ЗоЗПП). Любые списания после получения настоящего заявления будут оспорены через банк и взысканы в судебном порядке.</w:t>
      </w:r>
    </w:p>
    <w:p>
      <w:pPr>
        <w:spacing w:after="120"/>
        <w:ind w:firstLine="709"/>
        <w:jc w:val="both"/>
      </w:pPr>
      <w:r>
        <w:rPr>
          <w:b w:val="0"/>
        </w:rPr>
        <w:t>Прошу подтвердить прекращение подписки и рекуррентных платежей ответным письмом на e-mail [e-mail] в течение 3 (трёх) дней.</w:t>
      </w:r>
    </w:p>
    <w:p/>
    <w:p>
      <w:r>
        <w:t>«___» ____________ 20___ г.            ______________ / [Фамилия И. О.] /</w:t>
      </w:r>
    </w:p>
    <w:p>
      <w:r>
        <w:rPr>
          <w:i/>
          <w:sz w:val="18"/>
        </w:rPr>
        <w:t>Шаблон подготовлен сервисом «АНТИОБМАН» (netobmanov.ru). Не является юридической консультацией. Поля в квадратных скобках заполните своими данными и удалите скобки.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